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 w:val="0"/>
        </w:rPr>
        <w:t>PARAFIA PW. ŚW. JANA APOSTOŁA I EWANGELISTY W ZALASOWEJ</w:t>
      </w:r>
    </w:p>
    <w:p>
      <w:pPr>
        <w:spacing w:after="140"/>
        <w:jc w:val="center"/>
      </w:pPr>
      <w:r>
        <w:rPr>
          <w:b/>
          <w:sz w:val="30"/>
        </w:rPr>
        <w:t>ZGODA RODZICA / OPIEKUNA PRAWNEGO</w:t>
      </w:r>
    </w:p>
    <w:p>
      <w:pPr>
        <w:spacing w:after="140"/>
        <w:jc w:val="center"/>
      </w:pPr>
      <w:r>
        <w:rPr>
          <w:b w:val="0"/>
        </w:rPr>
        <w:t>na udział w konkursie „Różaniec z Przyjaciółmi”</w:t>
      </w:r>
    </w:p>
    <w:p>
      <w:pPr>
        <w:spacing w:after="140"/>
      </w:pPr>
      <w:r>
        <w:rPr>
          <w:b w:val="0"/>
        </w:rPr>
        <w:t>Imię i nazwisko rodzica / opiekuna prawnego:</w:t>
      </w:r>
    </w:p>
    <w:p>
      <w:pPr>
        <w:spacing w:after="140"/>
      </w:pPr>
      <w:r>
        <w:rPr>
          <w:b w:val="0"/>
        </w:rPr>
        <w:t>........................................................................................................................</w:t>
      </w:r>
    </w:p>
    <w:p>
      <w:pPr>
        <w:spacing w:after="140"/>
      </w:pPr>
      <w:r>
        <w:rPr>
          <w:b w:val="0"/>
        </w:rPr>
        <w:t>Telefon kontaktowy: ................................................................................................</w:t>
      </w:r>
    </w:p>
    <w:p>
      <w:pPr>
        <w:spacing w:after="140"/>
      </w:pPr>
      <w:r>
        <w:rPr>
          <w:b w:val="0"/>
        </w:rPr>
        <w:t>Wyrażam zgodę na udział mojego dziecka:</w:t>
      </w:r>
    </w:p>
    <w:p>
      <w:pPr>
        <w:spacing w:after="140"/>
      </w:pPr>
      <w:r>
        <w:rPr>
          <w:b w:val="0"/>
        </w:rPr>
        <w:t>Imię i nazwisko: .......................................................................................................</w:t>
      </w:r>
    </w:p>
    <w:p>
      <w:pPr>
        <w:spacing w:after="140"/>
      </w:pPr>
      <w:r>
        <w:rPr>
          <w:b w:val="0"/>
        </w:rPr>
        <w:t>Wiek: ...............................    Klasa: ...............................</w:t>
      </w:r>
    </w:p>
    <w:p>
      <w:pPr>
        <w:spacing w:after="140"/>
      </w:pPr>
      <w:r>
        <w:rPr>
          <w:b w:val="0"/>
        </w:rPr>
        <w:t>w parafialnym konkursie „Różaniec z Przyjaciółmi”. Oświadczam, że zapoznałem/am się z regulaminem konkursu i akceptuję jego postanowienia. Wyrażam zgodę na wykonanie i przesłanie trzech fotografii dokumentujących udział dziecka w konkursie. Zapewnię dziecku odpowiednią opiekę podczas realizacji zadania konkursowego.</w:t>
      </w:r>
    </w:p>
    <w:p>
      <w:pPr>
        <w:spacing w:after="140"/>
      </w:pPr>
      <w:r>
        <w:rPr>
          <w:b w:val="0"/>
        </w:rPr>
        <w:t>Przyjmuję do wiadomości, że zgoda na udział nie oznacza zgody na publiczną publikację wizerunku dziecka.</w:t>
      </w:r>
    </w:p>
    <w:p>
      <w:pPr>
        <w:spacing w:after="140"/>
      </w:pPr>
      <w:r>
        <w:rPr>
          <w:b w:val="0"/>
        </w:rPr>
        <w:t>Data: ...................................    Podpis rodzica / opiekuna: ................................................</w:t>
      </w:r>
    </w:p>
    <w:p>
      <w:r>
        <w:t>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140"/>
        <w:jc w:val="center"/>
      </w:pPr>
      <w:r>
        <w:rPr>
          <w:b/>
          <w:sz w:val="28"/>
        </w:rPr>
        <w:t>ZGODA NA PUBLIKACJĘ WIZERUNKU DZIECKA</w:t>
      </w:r>
    </w:p>
    <w:p>
      <w:pPr>
        <w:spacing w:after="140"/>
      </w:pPr>
      <w:r>
        <w:rPr>
          <w:b w:val="0"/>
        </w:rPr>
        <w:t>Imię i nazwisko dziecka: ..........................................................................................</w:t>
      </w:r>
    </w:p>
    <w:p>
      <w:pPr>
        <w:spacing w:after="140"/>
      </w:pPr>
      <w:r>
        <w:rPr>
          <w:b w:val="0"/>
        </w:rPr>
        <w:t>Jako rodzic / opiekun prawny wyrażam dobrowolną, nieodpłatną zgodę na publikację wizerunku mojego dziecka utrwalonego na zdjęciach przesłanych w ramach konkursu „Różaniec z Przyjaciółmi”, w celu informowania o przebiegu konkursu i jego wynikach, w zaznaczonych poniżej miejscach:</w:t>
      </w:r>
    </w:p>
    <w:p>
      <w:pPr>
        <w:spacing w:after="140"/>
      </w:pPr>
      <w:r>
        <w:rPr>
          <w:b w:val="0"/>
        </w:rPr>
        <w:t>☐ strona internetowa Parafii w Zalasowej</w:t>
      </w:r>
    </w:p>
    <w:p>
      <w:pPr>
        <w:spacing w:after="140"/>
      </w:pPr>
      <w:r>
        <w:rPr>
          <w:b w:val="0"/>
        </w:rPr>
        <w:t>☐ oficjalny profil Parafii w Zalasowej na Facebooku</w:t>
      </w:r>
    </w:p>
    <w:p>
      <w:pPr>
        <w:spacing w:after="140"/>
      </w:pPr>
      <w:r>
        <w:rPr>
          <w:b w:val="0"/>
        </w:rPr>
        <w:t>☐ biuletyn i kronika parafialna</w:t>
      </w:r>
    </w:p>
    <w:p>
      <w:pPr>
        <w:spacing w:after="140"/>
      </w:pPr>
      <w:r>
        <w:rPr>
          <w:b w:val="0"/>
        </w:rPr>
        <w:t>Zgoda jest dobrowolna i jej niewyrażenie nie wyklucza udziału w konkursie. Mogę ją wycofać w dowolnym momencie, kontaktując się z organizatorem pod adresem konkursrosarium@gmail.com. Wycofanie nie wpływa na zgodność z prawem wcześniejszego przetwarzania. Przyjmuję do wiadomości, że treści opublikowane w internecie mogą być kopiowane przez osoby trzecie.</w:t>
      </w:r>
    </w:p>
    <w:p>
      <w:pPr>
        <w:spacing w:after="140"/>
      </w:pPr>
      <w:r>
        <w:rPr>
          <w:b w:val="0"/>
        </w:rPr>
        <w:t>Data: ...................................    Podpis rodzica / opiekuna: ................................................</w:t>
      </w:r>
    </w:p>
    <w:p>
      <w:pPr>
        <w:spacing w:after="140"/>
      </w:pPr>
      <w:r>
        <w:rPr>
          <w:b w:val="0"/>
        </w:rPr>
        <w:t>Uwaga: dla każdej innej rozpoznawalnej osoby na zdjęciu należy uzyskać odrębną zgodę na publikację jej wizerunku (w przypadku osoby małoletniej – od rodzica lub opiekuna prawnego).</w:t>
      </w:r>
    </w:p>
    <w:sectPr w:rsidR="00FC693F" w:rsidRPr="0006063C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